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[Extended Abstract Title]</w:t>
      </w:r>
    </w:p>
    <w:p>
      <w:pPr>
        <w:jc w:val="center"/>
      </w:pPr>
      <w:r>
        <w:rPr>
          <w:b/>
        </w:rPr>
        <w:t>[Author 1]¹, [Author 2]², [Author 3]¹</w:t>
      </w:r>
    </w:p>
    <w:p>
      <w:pPr>
        <w:jc w:val="center"/>
      </w:pPr>
      <w:r>
        <w:t>¹ [Institution, City, Country]     ² [Institution, City, Country]</w:t>
      </w:r>
    </w:p>
    <w:p>
      <w:pPr>
        <w:jc w:val="center"/>
      </w:pPr>
      <w:r>
        <w:t>Corresponding author: [name@example.com]</w:t>
      </w:r>
    </w:p>
    <w:p>
      <w:r>
        <w:rPr>
          <w:b/>
          <w:color w:val="2A50AE"/>
          <w:sz w:val="18"/>
        </w:rPr>
        <w:t>EXTENDED ABSTRACT  ·  MAXIMUM 2 PAGES</w:t>
      </w:r>
    </w:p>
    <w:p>
      <w:r>
        <w:rPr>
          <w:i/>
          <w:sz w:val="18"/>
        </w:rPr>
        <w:t>[Replace all bracketed placeholders with your contribution. Keep the complete extended abstract, including figures and references, within two pages.]</w:t>
      </w:r>
    </w:p>
    <w:p>
      <w:pPr>
        <w:pStyle w:val="Heading1"/>
      </w:pPr>
      <w:r>
        <w:t>Abstract</w:t>
      </w:r>
    </w:p>
    <w:p>
      <w:r>
        <w:t>[Briefly state the motivation, objective, methodology and main findings of your work.]</w:t>
      </w:r>
    </w:p>
    <w:p>
      <w:r>
        <w:rPr>
          <w:b/>
        </w:rPr>
        <w:t xml:space="preserve">Keywords: </w:t>
      </w:r>
      <w:r>
        <w:t>[Keyword 1]; [Keyword 2]; [Keyword 3]</w:t>
      </w:r>
    </w:p>
    <w:p>
      <w:pPr>
        <w:pStyle w:val="Heading1"/>
      </w:pPr>
      <w:r>
        <w:t>Introduction</w:t>
      </w:r>
    </w:p>
    <w:p>
      <w:r>
        <w:t>[Describe the research problem, its significance and the contribution of this work.]</w:t>
      </w:r>
    </w:p>
    <w:p>
      <w:pPr>
        <w:pStyle w:val="Heading1"/>
      </w:pPr>
      <w:r>
        <w:t>Methods</w:t>
      </w:r>
    </w:p>
    <w:p>
      <w:r>
        <w:t>[Describe the materials, processes, experimental setup or numerical methodology.]</w:t>
      </w:r>
    </w:p>
    <w:p>
      <w:pPr>
        <w:pStyle w:val="Heading1"/>
      </w:pPr>
      <w:r>
        <w:t>Results and Discussion</w:t>
      </w:r>
    </w:p>
    <w:p>
      <w:r>
        <w:t>[Present and discuss the key outcomes. Include a figure or table if it helps communicate results.]</w:t>
      </w:r>
    </w:p>
    <w:p>
      <w:pPr>
        <w:pStyle w:val="Heading1"/>
      </w:pPr>
      <w:r>
        <w:t>Conclusions</w:t>
      </w:r>
    </w:p>
    <w:p>
      <w:r>
        <w:t>[Summarize the primary findings and implications.]</w:t>
      </w:r>
    </w:p>
    <w:p>
      <w:pPr>
        <w:pStyle w:val="Heading1"/>
      </w:pPr>
      <w:r>
        <w:t>References</w:t>
      </w:r>
    </w:p>
    <w:p>
      <w:r>
        <w:t>[1] Author(s), Title, Journal/Proceedings, year.  [Add references relevant to your submission.]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657B"/>
        <w:sz w:val="16"/>
      </w:rPr>
      <w:t>AMC 2027  •  12–14 April 2027  •  AKKA Hotels Antedon, Antalya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2A50AE"/>
        <w:sz w:val="16"/>
      </w:rPr>
      <w:t>AMC 2027  |  ADDITIVE MANUFACTURING CONFERENCE TÜRKİYE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2B385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948A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93058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